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agwek1"/>
        <w:keepNext w:val="true"/>
        <w:keepLines/>
        <w:spacing w:before="480" w:after="0"/>
        <w:rPr/>
      </w:pPr>
      <w:r>
        <w:rPr/>
        <w:t>ZAŁĄCZNIK NR 1 — Wzór oświadczenia o odstąpieniu od Umowy o świadczenie Usługi Pośrednictwa</w:t>
      </w:r>
    </w:p>
    <w:p>
      <w:pPr>
        <w:pStyle w:val="Normal"/>
        <w:rPr/>
      </w:pPr>
      <w:r>
        <w:rPr>
          <w:i/>
        </w:rPr>
        <w:t>(skorzystanie z wzoru nie jest obowiązkowe)</w:t>
      </w:r>
    </w:p>
    <w:p>
      <w:pPr>
        <w:pStyle w:val="Normal"/>
        <w:rPr/>
      </w:pPr>
      <w:r>
        <w:rPr/>
        <w:t>Miejscowość, data: ....................</w:t>
      </w:r>
    </w:p>
    <w:p>
      <w:pPr>
        <w:pStyle w:val="Normal"/>
        <w:rPr/>
      </w:pPr>
      <w:r>
        <w:rPr/>
        <w:t>Imię i nazwisko: ....................</w:t>
      </w:r>
    </w:p>
    <w:p>
      <w:pPr>
        <w:pStyle w:val="Normal"/>
        <w:rPr/>
      </w:pPr>
      <w:r>
        <w:rPr/>
        <w:t>Adres: ....................</w:t>
      </w:r>
    </w:p>
    <w:p>
      <w:pPr>
        <w:pStyle w:val="Normal"/>
        <w:rPr/>
      </w:pPr>
      <w:r>
        <w:rPr/>
        <w:t>Nr zamówienia: ....................</w:t>
      </w:r>
    </w:p>
    <w:p>
      <w:pPr>
        <w:pStyle w:val="Normal"/>
        <w:rPr/>
      </w:pPr>
      <w:r>
        <w:rPr/>
        <w:t>Do: SPD Shop sp. z o.o., ul. Ciepła 38 lok. 302, 15-472 Białystok, kontakt@weebu.pl</w:t>
      </w:r>
    </w:p>
    <w:p>
      <w:pPr>
        <w:pStyle w:val="Normal"/>
        <w:rPr/>
      </w:pPr>
      <w:r>
        <w:rPr>
          <w:b/>
        </w:rPr>
        <w:t>OŚWIADCZENIE O ODSTĄPIENIU OD UMOWY ZAWARTEJ NA ODLEGŁOŚĆ</w:t>
      </w:r>
    </w:p>
    <w:p>
      <w:pPr>
        <w:pStyle w:val="Normal"/>
        <w:rPr/>
      </w:pPr>
      <w:r>
        <w:rPr/>
        <w:t>Oświadczam, że zgodnie z art. 27 ustawy z dnia 30 maja 2014 r. o prawach konsumenta odstępuję od umowy o świadczenie Usługi Pośrednictwa nr .................... zawartej dnia .....................</w:t>
      </w:r>
    </w:p>
    <w:p>
      <w:pPr>
        <w:pStyle w:val="Normal"/>
        <w:rPr/>
      </w:pPr>
      <w:r>
        <w:rPr/>
        <w:t>Proszę o zwrot kwoty ................ na rachunek bankowy: ....................................................</w:t>
      </w:r>
    </w:p>
    <w:p>
      <w:pPr>
        <w:pStyle w:val="Normal"/>
        <w:rPr/>
      </w:pPr>
      <w:r>
        <w:rPr/>
        <w:t>....................................</w:t>
      </w:r>
    </w:p>
    <w:p>
      <w:pPr>
        <w:pStyle w:val="Normal"/>
        <w:rPr/>
      </w:pPr>
      <w:r>
        <w:rPr/>
        <w:t>podpis Konsumenta</w:t>
      </w:r>
    </w:p>
    <w:p>
      <w:pPr>
        <w:pStyle w:val="Normal"/>
        <w:widowControl/>
        <w:suppressAutoHyphens w:val="true"/>
        <w:bidi w:val="0"/>
        <w:spacing w:lineRule="auto" w:line="276" w:before="0" w:after="200"/>
        <w:jc w:val="left"/>
        <w:rPr/>
      </w:pPr>
      <w:r>
        <w:rPr/>
        <w:t>________________________________________</w:t>
      </w:r>
    </w:p>
    <w:sectPr>
      <w:type w:val="nextPage"/>
      <w:pgSz w:w="12240" w:h="15840"/>
      <w:pgMar w:left="1800" w:right="180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mbria">
    <w:charset w:val="ee"/>
    <w:family w:val="roman"/>
    <w:pitch w:val="variable"/>
  </w:font>
  <w:font w:name="Calibri">
    <w:charset w:val="ee"/>
    <w:family w:val="roman"/>
    <w:pitch w:val="variable"/>
  </w:font>
  <w:font w:name="Courier">
    <w:altName w:val="Courier New"/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ＭＳ 明朝" w:cs="" w:cstheme="minorBidi" w:eastAsiaTheme="minorEastAsia"/>
      <w:color w:val="auto"/>
      <w:kern w:val="0"/>
      <w:sz w:val="22"/>
      <w:szCs w:val="22"/>
      <w:lang w:val="en-US" w:eastAsia="en-US" w:bidi="ar-SA"/>
    </w:rPr>
  </w:style>
  <w:style w:type="paragraph" w:styleId="Nagwek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Nagwek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paragraph" w:styleId="Nagwek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Nagwek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paragraph" w:styleId="Nagwek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paragraph" w:styleId="Nagwek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Nagwek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Nagwek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Wyrnienie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a">
    <w:name w:val="List"/>
    <w:basedOn w:val="Normal"/>
    <w:uiPriority w:val="99"/>
    <w:unhideWhenUsed/>
    <w:rsid w:val="00aa1d8d"/>
    <w:pPr>
      <w:spacing w:before="0" w:after="200"/>
      <w:ind w:left="360" w:hanging="360"/>
      <w:contextualSpacing/>
    </w:pPr>
    <w:rPr/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ytu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Podtytu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 w:hanging="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Bullet3">
    <w:name w:val="List Bullet 3"/>
    <w:basedOn w:val="Normal"/>
    <w:uiPriority w:val="99"/>
    <w:unhideWhenUsed/>
    <w:qFormat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Bullet4">
    <w:name w:val="List Bullet 4"/>
    <w:basedOn w:val="Normal"/>
    <w:uiPriority w:val="99"/>
    <w:unhideWhenUsed/>
    <w:qFormat/>
    <w:rsid w:val="00326f90"/>
    <w:pPr>
      <w:spacing w:before="0" w:after="200"/>
      <w:ind w:left="1080" w:hanging="360"/>
      <w:contextualSpacing/>
    </w:pPr>
    <w:rPr/>
  </w:style>
  <w:style w:type="paragraph" w:styleId="ListBullet">
    <w:name w:val="List Bullet"/>
    <w:basedOn w:val="Normal"/>
    <w:uiPriority w:val="99"/>
    <w:unhideWhenUsed/>
    <w:qFormat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qFormat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qFormat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qFormat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qFormat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qFormat/>
    <w:rsid w:val="0029639d"/>
    <w:pPr>
      <w:spacing w:before="0" w:after="120"/>
      <w:ind w:left="360" w:hanging="0"/>
      <w:contextualSpacing/>
    </w:pPr>
    <w:rPr/>
  </w:style>
  <w:style w:type="paragraph" w:styleId="ListContinue2">
    <w:name w:val="List Continue 2"/>
    <w:basedOn w:val="Normal"/>
    <w:uiPriority w:val="99"/>
    <w:unhideWhenUsed/>
    <w:qFormat/>
    <w:rsid w:val="0029639d"/>
    <w:pPr>
      <w:spacing w:before="0" w:after="120"/>
      <w:ind w:left="720" w:hanging="0"/>
      <w:contextualSpacing/>
    </w:pPr>
    <w:rPr/>
  </w:style>
  <w:style w:type="paragraph" w:styleId="ListContinue3">
    <w:name w:val="List Continue 3"/>
    <w:basedOn w:val="Normal"/>
    <w:uiPriority w:val="99"/>
    <w:unhideWhenUsed/>
    <w:qFormat/>
    <w:rsid w:val="0029639d"/>
    <w:pPr>
      <w:spacing w:before="0" w:after="120"/>
      <w:ind w:left="1080" w:hanging="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val="000000" w:themeColor="text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val="4F81BD" w:themeColor="accent1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 w:hanging="0"/>
    </w:pPr>
    <w:rPr>
      <w:b/>
      <w:bCs/>
      <w:i/>
      <w:iCs/>
      <w:color w:val="4F81BD" w:themeColor="accent1"/>
    </w:rPr>
  </w:style>
  <w:style w:type="paragraph" w:styleId="Nagwekindeksu">
    <w:name w:val="Index Heading"/>
    <w:basedOn w:val="Nagwek"/>
    <w:pPr/>
    <w:rPr/>
  </w:style>
  <w:style w:type="paragraph" w:styleId="Nagwekspisutreci">
    <w:name w:val="TOC Heading"/>
    <w:basedOn w:val="Nagwek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LibreOffice/7.5.3.2$Windows_X86_64 LibreOffice_project/9f56dff12ba03b9acd7730a5a481eea045e468f3</Application>
  <AppVersion>15.0000</AppVersion>
  <Pages>1</Pages>
  <Words>94</Words>
  <Characters>730</Characters>
  <CharactersWithSpaces>812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pl-PL</dc:language>
  <cp:lastModifiedBy/>
  <dcterms:modified xsi:type="dcterms:W3CDTF">2026-07-29T15:44:57Z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